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🕎 לוח קיר לחודש כסליו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מילון כסליו וחנוכה לעולים חדשים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מילים בעברית הקשורות לחודש כסליו ולחג חנוכה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לתרגם בין עברית לאנגלית מילים מהמילון החזותי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מושגי ערך כמו נס, אור ותקווה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- בחרו את התשובה הנכונה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דבר קטן שמדליקים ויש לו אור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כלי מיוחד שבו מדליקים נרות בחנוכה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קשת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צעצוע שמסתובב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ד – רצון שדבר טוב יקרה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דבר מיוחד שקרה בדרך לא רגילה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מדליקים נרות בחנוכייה כל לילה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כסליו הוא חודש חורף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הסביבון הוא צעצוע שמסתובב, לא כלי להדלקה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מתחילים בנר אחד ומוסיפים עד שמונה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זהו מנהג מחלק מהקהילות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סביבון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חורף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משפחה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מילה בעברית לתרגום באנגלית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ו (Hanukkah)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(candle)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(light)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(spinning top)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(family)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ה (winter)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התלמיד/ה מתאר/ת מנהג אמיתי בשפה פשוטה וברורה, לפחות 3 משפטים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נר / חנוכייה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דבר טוב שקרה בדרך מיוחדת ולא רגילה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זוג מילים נכון מהרשימה שתורגלה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להשתמש בלוח הקיר כעזר חזותי בזמן פתרון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לקרוא את המילים בקול לפני התרגיל לתלמידים חדשים בעברית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כדאי לעודד שיתוף קצר בעל פה לפני הכתיבה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🕎 לוח קיר לחודש כסליו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מילון כסליו וחנוכה לעולים חדשים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בלוח הכיתה יש מילון חזותי עם מילים מחודש כסליו וחג חנוכה בכמה שפות. בדף הזה נתרגל את המילים בעברית.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- בחרו את התשובה הנכונה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זה 'נר'?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דבר קטן שמדליקים ויש לו אור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סוג של אוכל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כלי לכתיבה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בגד חם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'חנוכייה' היא...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כלי מיוחד שבו מדליקים נרות בחנוכה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משחק ילדים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סוג מאכל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שם של חג אחר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מזל החודש כסליו הוא...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דגים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קשת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אריה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טלה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'סביבון' הוא...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כלי נגינה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צעצוע שמסתובב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בגד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המילה 'תקווה' פירושה...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כעס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עצב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רצון שדבר טוב יקרה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'נס' בחנוכה הוא...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דבר מיוחד שקרה בדרך לא רגילה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יום הולדת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מתנה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משחק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חנוכה הוא חג של אור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בחודש כסליו יש הרבה גשם כי זה החורף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הסביבון משמש להדלקת נרות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בכל יום של חנוכה מוסיפים נר אחד בחנוכייה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בקהילות מסוימות יש מנהג נוסף הקשור לחג הבנות בכסליו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בחנוכה מדליקים __________ בחנוכייה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ה__________ הוא צעצוע שמסתובב בחנוכה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בחודש כסליו מתחיל ה__________ עם הגשם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המילה '__________' פירושה דבר טוב שקרה בדרך מיוחדת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אנחנו מאחלים ל__________ שלנו המון אושר ושמחה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מילה בעברית לתרגום באנגלית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חנוכה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spinning top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נר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light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אור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family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סביבון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candle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משפחה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winter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חורף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Hanukkah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ספרו על מנהג לחנוכה שמכירים ממשפחתכם או מהמדינה שממנה הגעתם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שם של דבר אחד שמדליקים בחנוכה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המשמעות של המילה 'נס'?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מילה אחת בעברית ובאנגלית מהמילון שלמדתם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מילון כסליו וחנוכה לעולים חדשים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