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בעברית הקשורות לחודש כסליו ולחג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ערך כמו נס,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קטן שמדליקים ויש לו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מיוחד שבו מדליקים נרות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צעצוע שמסתובב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רצון שדבר טוב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דבר מיוחד שקרה בדרך לא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בחנוכייה 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כסליו הוא חודש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הסביבון הוא צעצוע שמסתובב, לא כלי להדלקה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מתחילים בנר אחד ומוסיפים עד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מנהג מחלק מהקהילות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(spinning top)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(family)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(winter)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מנהג אמיתי בשפה פשוטה וברורה,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/ 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טוב שקרה בדרך מיוחדת ולא 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נכון מהרשימה שתורגלה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התרגיל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תולים מילים על כסליו וחנוכה בכמה שפות. בדף הזה נלמד את המילים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קטן שמדליקים, יש לו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חֲנֻכִּיָּה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מיוחד שבו מדליקים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סְבִיבוֹן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קטן שמסתובב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נֵס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שקרה בדרך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תִּקְוָה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שדבר טוב 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עונת השנה הקרה עם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אבא, אמא, ילדים וקרובים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הפוך מחושך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קטן שמדליקים ויש לו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מיוחד שבו מדליקים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שמסתובב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 שדבר טוב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מיוחד שקרה בדרך לא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יש הרבה גשם כי זה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משמש להדלקת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של חנוכה מוסיפים נר אחד בחנוכייה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מסוימות יש מנהג נוסף הקשור לחג הבנות בכסליו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צעצוע שמסתובב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כסליו מתחיל ה__________ עם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'__________' פירושה דבר טוב שקרה בדרך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מאחלים ל__________ שלנו המון אושר ושמחה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spinning top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winter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Hanukkah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family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מנהג לחנוכה שמכירים ממשפחתכם או מהמדינה שממנה הגעתם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דבר אחד שמדליקים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בעברית ובאנגלית מהמילון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כסליו וחנוכה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