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כסליו וחנוכה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בעברית הקשורות לחודש כסליו ולחג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בין עברית לאנגלית מילים מהמילון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ערך כמו נס, אור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קטן שמדליקים ויש לו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כלי מיוחד שבו מדליקים נרות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צעצוע שמסתובב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מדליקים נרות בחנוכייה כל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צעצוע שמסתובב, לא כלי להדלקה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בעברית לתרגום באנגלית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(Hanukkah)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(spinning top)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מנהג אמיתי בשפה פשוטה וברורה, לפחות 3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 / 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 טוב שקרה בדרך מיוחדת ולא 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מילים נכון מהרשימה שתורגלה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בלוח הקיר כעזר חזותי בזמן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לפני התרגיל לתלמידים חדשים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קצר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כסליו וחנוכה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הכיתה יש מילון חזותי עם מילים מחודש כסליו וחג חנוכה בכמה שפות. בדף הזה נתרגל את המילים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סביבון  ·  נרות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'נר'?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קטן שמדליקים ויש לו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'חנוכייה'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כלי מיוחד שבו מדליקים נרות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'סביבון'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צעצוע שמסתובב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הוא חג של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הסביבון משמש להדלקת 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בחנוכה מדליקים __________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צעצוע שמסתובב בחנוכה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בעברית לתרגום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light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spinning top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Hanukkah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candle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מנהג לחנוכה שמכירים ממשפחתכם או מהמדינה שממנה הגעתם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דבר אחד שמדליקים בחנוכה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המילה 'נס'?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כסליו וחנוכה לעולים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